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A1251" w14:textId="77777777" w:rsidR="008B59DE" w:rsidRPr="007A1293" w:rsidRDefault="388146FA" w:rsidP="00D72B54">
      <w:pPr>
        <w:keepNext/>
        <w:pBdr>
          <w:top w:val="single" w:sz="12" w:space="4" w:color="7A1111"/>
          <w:left w:val="single" w:sz="12" w:space="4" w:color="7A1111"/>
          <w:bottom w:val="single" w:sz="12" w:space="4" w:color="7A1111"/>
          <w:right w:val="single" w:sz="12" w:space="4" w:color="7A1111"/>
        </w:pBdr>
        <w:shd w:val="clear" w:color="auto" w:fill="A61B1B"/>
        <w:spacing w:before="240" w:after="200" w:line="240" w:lineRule="auto"/>
        <w:jc w:val="center"/>
        <w:rPr>
          <w:sz w:val="72"/>
          <w:szCs w:val="72"/>
        </w:rPr>
      </w:pPr>
      <w:r w:rsidRPr="007A1293">
        <w:rPr>
          <w:b/>
          <w:bCs/>
          <w:color w:val="FFFFFF" w:themeColor="background1"/>
          <w:sz w:val="72"/>
          <w:szCs w:val="72"/>
        </w:rPr>
        <w:t>STOP BEFORE ENTERING</w:t>
      </w:r>
    </w:p>
    <w:p w14:paraId="1AAD51A9" w14:textId="77777777" w:rsidR="008B59DE" w:rsidRDefault="388146FA" w:rsidP="00D72B54">
      <w:pPr>
        <w:keepNext/>
        <w:spacing w:before="120" w:after="240" w:line="240" w:lineRule="auto"/>
        <w:jc w:val="center"/>
        <w:rPr>
          <w:b/>
          <w:bCs/>
          <w:i/>
          <w:iCs/>
          <w:sz w:val="36"/>
          <w:szCs w:val="36"/>
        </w:rPr>
      </w:pPr>
      <w:r w:rsidRPr="00033DF3">
        <w:rPr>
          <w:b/>
          <w:bCs/>
          <w:i/>
          <w:iCs/>
          <w:sz w:val="36"/>
          <w:szCs w:val="36"/>
        </w:rPr>
        <w:t>Before you come inside, please read:</w:t>
      </w:r>
    </w:p>
    <w:p w14:paraId="795ED691" w14:textId="20E4F9DA" w:rsidR="00033DF3" w:rsidRPr="00033DF3" w:rsidRDefault="00033DF3" w:rsidP="4220A189">
      <w:pPr>
        <w:keepNext/>
        <w:spacing w:after="200" w:line="240" w:lineRule="auto"/>
        <w:jc w:val="center"/>
        <w:rPr>
          <w:sz w:val="36"/>
          <w:szCs w:val="36"/>
        </w:rPr>
      </w:pPr>
      <w:r w:rsidRPr="00033DF3">
        <w:rPr>
          <w:noProof/>
          <w:sz w:val="36"/>
          <w:szCs w:val="36"/>
        </w:rPr>
        <mc:AlternateContent>
          <mc:Choice Requires="wps">
            <w:drawing>
              <wp:inline distT="0" distB="0" distL="0" distR="0" wp14:anchorId="0B51D792" wp14:editId="60A00148">
                <wp:extent cx="6858000" cy="1404620"/>
                <wp:effectExtent l="19050" t="19050" r="19050" b="22225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404620"/>
                        </a:xfrm>
                        <a:prstGeom prst="rect">
                          <a:avLst/>
                        </a:prstGeom>
                        <a:solidFill>
                          <a:srgbClr val="F9ECD3"/>
                        </a:solidFill>
                        <a:ln w="28575">
                          <a:solidFill>
                            <a:srgbClr val="E3AA3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21CF5" w14:textId="2D39A291" w:rsidR="00033DF3" w:rsidRPr="00033DF3" w:rsidRDefault="00033DF3" w:rsidP="009B3A60">
                            <w:pPr>
                              <w:spacing w:before="120"/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033DF3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Do you currently have or recently </w:t>
                            </w:r>
                            <w:r w:rsidR="00AA515B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had</w:t>
                            </w:r>
                            <w:r w:rsidRPr="00033DF3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:</w:t>
                            </w:r>
                          </w:p>
                          <w:p w14:paraId="5F9EE2D5" w14:textId="6FD7DAC9" w:rsidR="00033DF3" w:rsidRPr="001F2302" w:rsidRDefault="00033DF3" w:rsidP="009B3A60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F230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Fever </w:t>
                            </w:r>
                            <w:proofErr w:type="gramStart"/>
                            <w:r w:rsidRPr="001F2302">
                              <w:rPr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>and</w:t>
                            </w:r>
                            <w:r w:rsidR="00F32CE1" w:rsidRPr="001F2302">
                              <w:rPr>
                                <w:b/>
                                <w:bCs/>
                                <w:i/>
                                <w:iCs/>
                                <w:sz w:val="40"/>
                                <w:szCs w:val="40"/>
                              </w:rPr>
                              <w:t xml:space="preserve"> also</w:t>
                            </w:r>
                            <w:proofErr w:type="gramEnd"/>
                            <w:r w:rsidR="00F32CE1" w:rsidRPr="001F230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: a </w:t>
                            </w:r>
                            <w:r w:rsidRPr="001F230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rash, cough, runny nose </w:t>
                            </w:r>
                            <w:r w:rsidR="00F32CE1" w:rsidRPr="001F230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br/>
                            </w:r>
                            <w:r w:rsidRPr="001F230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or red, watery eyes</w:t>
                            </w:r>
                          </w:p>
                          <w:p w14:paraId="017D317D" w14:textId="04BD28BF" w:rsidR="00776F93" w:rsidRPr="001F2302" w:rsidRDefault="00776F93" w:rsidP="00350A16">
                            <w:pPr>
                              <w:spacing w:after="8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</w:pPr>
                            <w:r w:rsidRPr="001F2302">
                              <w:rPr>
                                <w:b/>
                                <w:bCs/>
                                <w:i/>
                                <w:iCs/>
                                <w:sz w:val="36"/>
                                <w:szCs w:val="36"/>
                              </w:rPr>
                              <w:t>OR</w:t>
                            </w:r>
                          </w:p>
                          <w:p w14:paraId="53889506" w14:textId="37084291" w:rsidR="00776F93" w:rsidRPr="001F2302" w:rsidRDefault="00F32CE1" w:rsidP="009B3A60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F230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Is there a chance you were</w:t>
                            </w:r>
                            <w:r w:rsidR="00776F93" w:rsidRPr="001F230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F230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around </w:t>
                            </w:r>
                            <w:r w:rsidRPr="001F230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br/>
                              <w:t>someone with measles</w:t>
                            </w:r>
                            <w:r w:rsidR="00776F93" w:rsidRPr="001F230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B51D79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40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" fillcolor="#f9ecd3" strokecolor="#e3aa39" strokeweight="2.25pt">
                <v:textbox style="mso-fit-shape-to-text:t">
                  <w:txbxContent>
                    <w:p w14:paraId="77221CF5" w14:textId="2D39A291" w:rsidR="00033DF3" w:rsidRPr="00033DF3" w:rsidRDefault="00033DF3" w:rsidP="009B3A60">
                      <w:pPr>
                        <w:spacing w:before="120"/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033DF3">
                        <w:rPr>
                          <w:b/>
                          <w:bCs/>
                          <w:sz w:val="44"/>
                          <w:szCs w:val="44"/>
                        </w:rPr>
                        <w:t xml:space="preserve">Do you currently have or recently </w:t>
                      </w:r>
                      <w:r w:rsidR="00AA515B">
                        <w:rPr>
                          <w:b/>
                          <w:bCs/>
                          <w:sz w:val="44"/>
                          <w:szCs w:val="44"/>
                        </w:rPr>
                        <w:t>had</w:t>
                      </w:r>
                      <w:r w:rsidRPr="00033DF3">
                        <w:rPr>
                          <w:b/>
                          <w:bCs/>
                          <w:sz w:val="44"/>
                          <w:szCs w:val="44"/>
                        </w:rPr>
                        <w:t>:</w:t>
                      </w:r>
                    </w:p>
                    <w:p w14:paraId="5F9EE2D5" w14:textId="6FD7DAC9" w:rsidR="00033DF3" w:rsidRPr="001F2302" w:rsidRDefault="00033DF3" w:rsidP="009B3A60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1F2302">
                        <w:rPr>
                          <w:b/>
                          <w:bCs/>
                          <w:sz w:val="40"/>
                          <w:szCs w:val="40"/>
                        </w:rPr>
                        <w:t xml:space="preserve">Fever </w:t>
                      </w:r>
                      <w:proofErr w:type="gramStart"/>
                      <w:r w:rsidRPr="001F2302">
                        <w:rPr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  <w:t>and</w:t>
                      </w:r>
                      <w:r w:rsidR="00F32CE1" w:rsidRPr="001F2302">
                        <w:rPr>
                          <w:b/>
                          <w:bCs/>
                          <w:i/>
                          <w:iCs/>
                          <w:sz w:val="40"/>
                          <w:szCs w:val="40"/>
                        </w:rPr>
                        <w:t xml:space="preserve"> also</w:t>
                      </w:r>
                      <w:proofErr w:type="gramEnd"/>
                      <w:r w:rsidR="00F32CE1" w:rsidRPr="001F2302">
                        <w:rPr>
                          <w:b/>
                          <w:bCs/>
                          <w:sz w:val="40"/>
                          <w:szCs w:val="40"/>
                        </w:rPr>
                        <w:t xml:space="preserve">: a </w:t>
                      </w:r>
                      <w:r w:rsidRPr="001F2302">
                        <w:rPr>
                          <w:b/>
                          <w:bCs/>
                          <w:sz w:val="40"/>
                          <w:szCs w:val="40"/>
                        </w:rPr>
                        <w:t xml:space="preserve">rash, cough, runny nose </w:t>
                      </w:r>
                      <w:r w:rsidR="00F32CE1" w:rsidRPr="001F2302">
                        <w:rPr>
                          <w:b/>
                          <w:bCs/>
                          <w:sz w:val="40"/>
                          <w:szCs w:val="40"/>
                        </w:rPr>
                        <w:br/>
                      </w:r>
                      <w:r w:rsidRPr="001F2302">
                        <w:rPr>
                          <w:b/>
                          <w:bCs/>
                          <w:sz w:val="40"/>
                          <w:szCs w:val="40"/>
                        </w:rPr>
                        <w:t>or red, watery eyes</w:t>
                      </w:r>
                    </w:p>
                    <w:p w14:paraId="017D317D" w14:textId="04BD28BF" w:rsidR="00776F93" w:rsidRPr="001F2302" w:rsidRDefault="00776F93" w:rsidP="00350A16">
                      <w:pPr>
                        <w:spacing w:after="80"/>
                        <w:jc w:val="center"/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</w:pPr>
                      <w:r w:rsidRPr="001F2302">
                        <w:rPr>
                          <w:b/>
                          <w:bCs/>
                          <w:i/>
                          <w:iCs/>
                          <w:sz w:val="36"/>
                          <w:szCs w:val="36"/>
                        </w:rPr>
                        <w:t>OR</w:t>
                      </w:r>
                    </w:p>
                    <w:p w14:paraId="53889506" w14:textId="37084291" w:rsidR="00776F93" w:rsidRPr="001F2302" w:rsidRDefault="00F32CE1" w:rsidP="009B3A60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1F2302">
                        <w:rPr>
                          <w:b/>
                          <w:bCs/>
                          <w:sz w:val="40"/>
                          <w:szCs w:val="40"/>
                        </w:rPr>
                        <w:t>Is there a chance you were</w:t>
                      </w:r>
                      <w:r w:rsidR="00776F93" w:rsidRPr="001F2302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1F2302">
                        <w:rPr>
                          <w:b/>
                          <w:bCs/>
                          <w:sz w:val="40"/>
                          <w:szCs w:val="40"/>
                        </w:rPr>
                        <w:t xml:space="preserve">around </w:t>
                      </w:r>
                      <w:r w:rsidRPr="001F2302">
                        <w:rPr>
                          <w:b/>
                          <w:bCs/>
                          <w:sz w:val="40"/>
                          <w:szCs w:val="40"/>
                        </w:rPr>
                        <w:br/>
                        <w:t>someone with measles</w:t>
                      </w:r>
                      <w:r w:rsidR="00776F93" w:rsidRPr="001F2302">
                        <w:rPr>
                          <w:b/>
                          <w:bCs/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86C5BEA" w14:textId="02314781" w:rsidR="63E3F461" w:rsidRPr="00033DF3" w:rsidRDefault="00033DF3" w:rsidP="00235881">
      <w:pPr>
        <w:keepNext/>
        <w:spacing w:line="288" w:lineRule="auto"/>
        <w:jc w:val="center"/>
        <w:rPr>
          <w:b/>
          <w:bCs/>
          <w:color w:val="C00000"/>
          <w:sz w:val="44"/>
          <w:szCs w:val="44"/>
        </w:rPr>
      </w:pPr>
      <w:r w:rsidRPr="00033DF3">
        <w:rPr>
          <w:b/>
          <w:bCs/>
          <w:color w:val="C00000"/>
          <w:sz w:val="44"/>
          <w:szCs w:val="44"/>
        </w:rPr>
        <w:t xml:space="preserve">If yes </w:t>
      </w:r>
      <w:r w:rsidRPr="00033DF3">
        <w:rPr>
          <w:b/>
          <w:bCs/>
          <w:i/>
          <w:iCs/>
          <w:color w:val="C00000"/>
          <w:sz w:val="44"/>
          <w:szCs w:val="44"/>
        </w:rPr>
        <w:t xml:space="preserve">or </w:t>
      </w:r>
      <w:r w:rsidRPr="00033DF3">
        <w:rPr>
          <w:b/>
          <w:bCs/>
          <w:color w:val="C00000"/>
          <w:sz w:val="44"/>
          <w:szCs w:val="44"/>
        </w:rPr>
        <w:t>if you are not sure,</w:t>
      </w:r>
      <w:r w:rsidRPr="00033DF3">
        <w:rPr>
          <w:b/>
          <w:bCs/>
          <w:color w:val="C00000"/>
          <w:sz w:val="44"/>
          <w:szCs w:val="44"/>
        </w:rPr>
        <w:br/>
        <w:t>call this number before entering the building</w:t>
      </w:r>
    </w:p>
    <w:p w14:paraId="22A04560" w14:textId="254064F2" w:rsidR="63E3F461" w:rsidRPr="007748C5" w:rsidRDefault="63E3F461" w:rsidP="00FA0BC8">
      <w:pPr>
        <w:keepNext/>
        <w:spacing w:after="100" w:line="276" w:lineRule="auto"/>
        <w:jc w:val="center"/>
        <w:rPr>
          <w:b/>
          <w:bCs/>
          <w:sz w:val="40"/>
          <w:szCs w:val="40"/>
        </w:rPr>
      </w:pPr>
      <w:r>
        <w:br/>
      </w:r>
      <w:r w:rsidR="00FB1CFD" w:rsidRPr="007748C5">
        <w:rPr>
          <w:b/>
          <w:bCs/>
          <w:sz w:val="40"/>
          <w:szCs w:val="40"/>
        </w:rPr>
        <w:t>Phone</w:t>
      </w:r>
      <w:r w:rsidRPr="007748C5">
        <w:rPr>
          <w:b/>
          <w:bCs/>
          <w:sz w:val="40"/>
          <w:szCs w:val="40"/>
        </w:rPr>
        <w:t xml:space="preserve">: __________________________  </w:t>
      </w:r>
    </w:p>
    <w:p w14:paraId="268486E0" w14:textId="6B5890C2" w:rsidR="4220A189" w:rsidRDefault="4220A189" w:rsidP="00FA0BC8">
      <w:pPr>
        <w:keepNext/>
        <w:spacing w:after="100" w:line="276" w:lineRule="auto"/>
        <w:jc w:val="center"/>
        <w:rPr>
          <w:b/>
          <w:bCs/>
          <w:sz w:val="36"/>
          <w:szCs w:val="36"/>
        </w:rPr>
      </w:pPr>
    </w:p>
    <w:p w14:paraId="0FB2E65C" w14:textId="6741DAE2" w:rsidR="4220A189" w:rsidRPr="007748C5" w:rsidRDefault="3ABB7CB5" w:rsidP="007748C5">
      <w:pPr>
        <w:keepNext/>
        <w:spacing w:after="220" w:line="276" w:lineRule="auto"/>
        <w:jc w:val="center"/>
        <w:rPr>
          <w:b/>
          <w:bCs/>
          <w:color w:val="C00000"/>
          <w:sz w:val="32"/>
          <w:szCs w:val="32"/>
        </w:rPr>
      </w:pPr>
      <w:r w:rsidRPr="007748C5">
        <w:rPr>
          <w:b/>
          <w:bCs/>
          <w:sz w:val="48"/>
          <w:szCs w:val="48"/>
        </w:rPr>
        <w:t>P</w:t>
      </w:r>
      <w:r w:rsidR="00B75259" w:rsidRPr="007748C5">
        <w:rPr>
          <w:b/>
          <w:bCs/>
          <w:sz w:val="48"/>
          <w:szCs w:val="48"/>
        </w:rPr>
        <w:t>lease wait outside or in your vehicle.</w:t>
      </w:r>
    </w:p>
    <w:p w14:paraId="2EFE1173" w14:textId="3B7583B7" w:rsidR="008B59DE" w:rsidRPr="007748C5" w:rsidRDefault="388146FA" w:rsidP="00FA0BC8">
      <w:pPr>
        <w:keepNext/>
        <w:spacing w:after="220" w:line="276" w:lineRule="auto"/>
        <w:jc w:val="center"/>
        <w:rPr>
          <w:b/>
          <w:bCs/>
          <w:color w:val="111111"/>
          <w:sz w:val="40"/>
          <w:szCs w:val="40"/>
        </w:rPr>
      </w:pPr>
      <w:r w:rsidRPr="007748C5">
        <w:rPr>
          <w:b/>
          <w:bCs/>
          <w:color w:val="111111"/>
          <w:sz w:val="36"/>
          <w:szCs w:val="36"/>
        </w:rPr>
        <w:t>A staff member will tell you what to do next.</w:t>
      </w:r>
      <w:r w:rsidRPr="007748C5">
        <w:rPr>
          <w:sz w:val="24"/>
          <w:szCs w:val="24"/>
        </w:rPr>
        <w:br/>
      </w:r>
      <w:r w:rsidRPr="007748C5">
        <w:rPr>
          <w:b/>
          <w:bCs/>
          <w:color w:val="111111"/>
          <w:sz w:val="36"/>
          <w:szCs w:val="36"/>
        </w:rPr>
        <w:t xml:space="preserve">If staff tells you to come inside, </w:t>
      </w:r>
      <w:r w:rsidR="00235881">
        <w:rPr>
          <w:b/>
          <w:bCs/>
          <w:color w:val="111111"/>
          <w:sz w:val="36"/>
          <w:szCs w:val="36"/>
        </w:rPr>
        <w:t xml:space="preserve">please </w:t>
      </w:r>
      <w:r w:rsidRPr="007748C5">
        <w:rPr>
          <w:b/>
          <w:bCs/>
          <w:color w:val="111111"/>
          <w:sz w:val="36"/>
          <w:szCs w:val="36"/>
        </w:rPr>
        <w:t>put on a mask before entering.</w:t>
      </w:r>
    </w:p>
    <w:p w14:paraId="63F03713" w14:textId="264AD42E" w:rsidR="008B59DE" w:rsidRPr="00B2541E" w:rsidRDefault="00D72B54" w:rsidP="00033DF3">
      <w:pPr>
        <w:keepNext/>
        <w:pBdr>
          <w:top w:val="single" w:sz="12" w:space="4" w:color="12344D"/>
          <w:left w:val="single" w:sz="12" w:space="4" w:color="12344D"/>
          <w:bottom w:val="single" w:sz="12" w:space="4" w:color="12344D"/>
          <w:right w:val="single" w:sz="12" w:space="4" w:color="12344D"/>
        </w:pBdr>
        <w:shd w:val="clear" w:color="auto" w:fill="EAF3F8"/>
        <w:spacing w:after="240" w:line="276" w:lineRule="auto"/>
        <w:jc w:val="center"/>
        <w:rPr>
          <w:sz w:val="40"/>
          <w:szCs w:val="40"/>
        </w:rPr>
      </w:pPr>
      <w:r w:rsidRPr="00B2541E">
        <w:rPr>
          <w:color w:val="111111"/>
          <w:sz w:val="40"/>
          <w:szCs w:val="40"/>
        </w:rPr>
        <w:t xml:space="preserve">Measles spreads </w:t>
      </w:r>
      <w:r w:rsidRPr="00B2541E">
        <w:rPr>
          <w:b/>
          <w:bCs/>
          <w:color w:val="111111"/>
          <w:sz w:val="40"/>
          <w:szCs w:val="40"/>
        </w:rPr>
        <w:t>very easily</w:t>
      </w:r>
      <w:r w:rsidRPr="00B2541E">
        <w:rPr>
          <w:color w:val="111111"/>
          <w:sz w:val="40"/>
          <w:szCs w:val="40"/>
        </w:rPr>
        <w:t xml:space="preserve"> through the air. Calling first helps protect other patients, customers and staff.</w:t>
      </w:r>
    </w:p>
    <w:p w14:paraId="117DCCFD" w14:textId="77777777" w:rsidR="008B59DE" w:rsidRPr="006C1A9C" w:rsidRDefault="388146FA" w:rsidP="00FA0BC8">
      <w:pPr>
        <w:spacing w:after="0" w:line="276" w:lineRule="auto"/>
        <w:jc w:val="center"/>
      </w:pPr>
      <w:r w:rsidRPr="4220A189">
        <w:rPr>
          <w:b/>
          <w:bCs/>
          <w:color w:val="111111"/>
          <w:sz w:val="36"/>
          <w:szCs w:val="36"/>
        </w:rPr>
        <w:t>MEDICAL EMERGENCY? CALL 911.</w:t>
      </w:r>
      <w:r>
        <w:br/>
      </w:r>
      <w:r w:rsidRPr="4220A189">
        <w:rPr>
          <w:b/>
          <w:bCs/>
          <w:color w:val="111111"/>
          <w:sz w:val="36"/>
          <w:szCs w:val="36"/>
        </w:rPr>
        <w:t>Tell the dispatcher that you may have measles.</w:t>
      </w:r>
    </w:p>
    <w:p w14:paraId="489EB4A9" w14:textId="5D5C54E4" w:rsidR="05E95E01" w:rsidRDefault="05E95E01" w:rsidP="4220A189">
      <w:pPr>
        <w:spacing w:after="0" w:line="252" w:lineRule="auto"/>
      </w:pPr>
    </w:p>
    <w:sectPr w:rsidR="05E95E01" w:rsidSect="00034616">
      <w:pgSz w:w="12240" w:h="15840"/>
      <w:pgMar w:top="504" w:right="792" w:bottom="504" w:left="792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68AFB5"/>
    <w:multiLevelType w:val="hybridMultilevel"/>
    <w:tmpl w:val="4EBCEFEA"/>
    <w:lvl w:ilvl="0" w:tplc="72268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58AE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4CC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F496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B2DB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40DF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EC9A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D892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2A0A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8D67FD"/>
    <w:multiLevelType w:val="hybridMultilevel"/>
    <w:tmpl w:val="ECDA22DA"/>
    <w:lvl w:ilvl="0" w:tplc="4BB49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82DC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AC4E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EF1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540E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AC02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F246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B2B4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E611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860160">
    <w:abstractNumId w:val="9"/>
  </w:num>
  <w:num w:numId="2" w16cid:durableId="1270429312">
    <w:abstractNumId w:val="10"/>
  </w:num>
  <w:num w:numId="3" w16cid:durableId="695883220">
    <w:abstractNumId w:val="8"/>
  </w:num>
  <w:num w:numId="4" w16cid:durableId="1855219742">
    <w:abstractNumId w:val="6"/>
  </w:num>
  <w:num w:numId="5" w16cid:durableId="1500733529">
    <w:abstractNumId w:val="5"/>
  </w:num>
  <w:num w:numId="6" w16cid:durableId="1671328136">
    <w:abstractNumId w:val="4"/>
  </w:num>
  <w:num w:numId="7" w16cid:durableId="1503161925">
    <w:abstractNumId w:val="7"/>
  </w:num>
  <w:num w:numId="8" w16cid:durableId="309292937">
    <w:abstractNumId w:val="3"/>
  </w:num>
  <w:num w:numId="9" w16cid:durableId="1603999086">
    <w:abstractNumId w:val="2"/>
  </w:num>
  <w:num w:numId="10" w16cid:durableId="1745372330">
    <w:abstractNumId w:val="1"/>
  </w:num>
  <w:num w:numId="11" w16cid:durableId="1480540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3DF3"/>
    <w:rsid w:val="00034616"/>
    <w:rsid w:val="0006063C"/>
    <w:rsid w:val="00142F31"/>
    <w:rsid w:val="0015074B"/>
    <w:rsid w:val="001F2302"/>
    <w:rsid w:val="00235881"/>
    <w:rsid w:val="00267C21"/>
    <w:rsid w:val="0029639D"/>
    <w:rsid w:val="00326F90"/>
    <w:rsid w:val="00350A16"/>
    <w:rsid w:val="00386C12"/>
    <w:rsid w:val="003B79D4"/>
    <w:rsid w:val="003F481B"/>
    <w:rsid w:val="00492BF2"/>
    <w:rsid w:val="004A1831"/>
    <w:rsid w:val="006A506A"/>
    <w:rsid w:val="006C1A9C"/>
    <w:rsid w:val="007748C5"/>
    <w:rsid w:val="00776F93"/>
    <w:rsid w:val="007A1293"/>
    <w:rsid w:val="00837B54"/>
    <w:rsid w:val="008B59DE"/>
    <w:rsid w:val="009B3A60"/>
    <w:rsid w:val="009E7030"/>
    <w:rsid w:val="00AA1D8D"/>
    <w:rsid w:val="00AA515B"/>
    <w:rsid w:val="00B1511B"/>
    <w:rsid w:val="00B2541E"/>
    <w:rsid w:val="00B47730"/>
    <w:rsid w:val="00B75259"/>
    <w:rsid w:val="00C835D4"/>
    <w:rsid w:val="00CB0664"/>
    <w:rsid w:val="00D72B54"/>
    <w:rsid w:val="00DE0F15"/>
    <w:rsid w:val="00E16F95"/>
    <w:rsid w:val="00F32CE1"/>
    <w:rsid w:val="00FA0BC8"/>
    <w:rsid w:val="00FB1CFD"/>
    <w:rsid w:val="00FC693F"/>
    <w:rsid w:val="020BC242"/>
    <w:rsid w:val="05E95E01"/>
    <w:rsid w:val="089B8904"/>
    <w:rsid w:val="08B91395"/>
    <w:rsid w:val="0B362878"/>
    <w:rsid w:val="0B460304"/>
    <w:rsid w:val="0CABFBEA"/>
    <w:rsid w:val="0CB6ED12"/>
    <w:rsid w:val="0D03FA4C"/>
    <w:rsid w:val="109976B2"/>
    <w:rsid w:val="10BD6625"/>
    <w:rsid w:val="10D10881"/>
    <w:rsid w:val="1240B084"/>
    <w:rsid w:val="1331B11C"/>
    <w:rsid w:val="1768518E"/>
    <w:rsid w:val="186574E9"/>
    <w:rsid w:val="19CDB171"/>
    <w:rsid w:val="1A680F22"/>
    <w:rsid w:val="1BD355F6"/>
    <w:rsid w:val="1CF50F9A"/>
    <w:rsid w:val="1D347DC0"/>
    <w:rsid w:val="1E1B0ED6"/>
    <w:rsid w:val="214B752A"/>
    <w:rsid w:val="223D5796"/>
    <w:rsid w:val="25D61129"/>
    <w:rsid w:val="267B7AED"/>
    <w:rsid w:val="28AF7935"/>
    <w:rsid w:val="2B6732B2"/>
    <w:rsid w:val="2F5098B2"/>
    <w:rsid w:val="324551B8"/>
    <w:rsid w:val="32C09911"/>
    <w:rsid w:val="3420C262"/>
    <w:rsid w:val="350A722E"/>
    <w:rsid w:val="364E6C3F"/>
    <w:rsid w:val="36A032F1"/>
    <w:rsid w:val="388146FA"/>
    <w:rsid w:val="390124DD"/>
    <w:rsid w:val="3ABB7CB5"/>
    <w:rsid w:val="3EE1A05A"/>
    <w:rsid w:val="4220A189"/>
    <w:rsid w:val="44EEEB0E"/>
    <w:rsid w:val="4647F9AB"/>
    <w:rsid w:val="488BC1C7"/>
    <w:rsid w:val="498F4185"/>
    <w:rsid w:val="4AE8DDC9"/>
    <w:rsid w:val="4C136FFB"/>
    <w:rsid w:val="4CBF3278"/>
    <w:rsid w:val="4CD76C3C"/>
    <w:rsid w:val="4D7A15B8"/>
    <w:rsid w:val="4F137D7C"/>
    <w:rsid w:val="51E4D7B4"/>
    <w:rsid w:val="529601C2"/>
    <w:rsid w:val="53ADD2D1"/>
    <w:rsid w:val="540CEAC9"/>
    <w:rsid w:val="5BC3C109"/>
    <w:rsid w:val="5DA80B12"/>
    <w:rsid w:val="5FB9B410"/>
    <w:rsid w:val="62242F12"/>
    <w:rsid w:val="63E3F461"/>
    <w:rsid w:val="657DDF14"/>
    <w:rsid w:val="6AD23F75"/>
    <w:rsid w:val="6B9DAF86"/>
    <w:rsid w:val="6FAD1BD3"/>
    <w:rsid w:val="72E17644"/>
    <w:rsid w:val="7395B103"/>
    <w:rsid w:val="73F922C1"/>
    <w:rsid w:val="756BD922"/>
    <w:rsid w:val="784EBF15"/>
    <w:rsid w:val="78AD444E"/>
    <w:rsid w:val="7F29E3E3"/>
    <w:rsid w:val="7FFC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9569B0"/>
  <w14:defaultImageDpi w14:val="300"/>
  <w15:docId w15:val="{6833FFF4-EB38-401A-99ED-0E146734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ce226a-c87a-4cae-b3b6-8937f7e5ebfc">
      <Terms xmlns="http://schemas.microsoft.com/office/infopath/2007/PartnerControls"/>
    </lcf76f155ced4ddcb4097134ff3c332f>
    <Statusupdate xmlns="d7ce226a-c87a-4cae-b3b6-8937f7e5ebfc" xsi:nil="true"/>
    <Which_x0020_food_x0020_item_x0020_made_x0020_people_x0020_sick_x003f_ xmlns="d7ce226a-c87a-4cae-b3b6-8937f7e5ebfc" xsi:nil="true"/>
    <TaxCatchAll xmlns="093587a5-cd57-4c7a-8873-3997f9fb3c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E9505268843848AAF0FB0A05381EB0" ma:contentTypeVersion="17" ma:contentTypeDescription="Create a new document." ma:contentTypeScope="" ma:versionID="6a8854592e0fbba05e7b0b4a34cdcd71">
  <xsd:schema xmlns:xsd="http://www.w3.org/2001/XMLSchema" xmlns:xs="http://www.w3.org/2001/XMLSchema" xmlns:p="http://schemas.microsoft.com/office/2006/metadata/properties" xmlns:ns2="d7ce226a-c87a-4cae-b3b6-8937f7e5ebfc" xmlns:ns3="093587a5-cd57-4c7a-8873-3997f9fb3c16" targetNamespace="http://schemas.microsoft.com/office/2006/metadata/properties" ma:root="true" ma:fieldsID="1cc1d93d67be2fbaedb25fe3f69d6f1a" ns2:_="" ns3:_="">
    <xsd:import namespace="d7ce226a-c87a-4cae-b3b6-8937f7e5ebfc"/>
    <xsd:import namespace="093587a5-cd57-4c7a-8873-3997f9fb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Statusupdate" minOccurs="0"/>
                <xsd:element ref="ns2:MediaServiceBillingMetadata" minOccurs="0"/>
                <xsd:element ref="ns2:Which_x0020_food_x0020_item_x0020_made_x0020_people_x0020_sick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e226a-c87a-4cae-b3b6-8937f7e5e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Statusupdate" ma:index="21" nillable="true" ma:displayName="Status" ma:format="Dropdown" ma:internalName="Statusupdate">
      <xsd:simpleType>
        <xsd:restriction base="dms:Choice">
          <xsd:enumeration value="Needs updated"/>
          <xsd:enumeration value="Needs epi review"/>
          <xsd:enumeration value="Needs Imm review"/>
          <xsd:enumeration value="Submitted to Comms"/>
          <xsd:enumeration value="Document ready"/>
          <xsd:enumeration value="Old version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Which_x0020_food_x0020_item_x0020_made_x0020_people_x0020_sick_x003f_" ma:index="23" nillable="true" ma:displayName="Which food item made people sick?" ma:format="Dropdown" ma:internalName="Which_x0020_food_x0020_item_x0020_made_x0020_people_x0020_sick_x003f_">
      <xsd:simpleType>
        <xsd:restriction base="dms:Choice">
          <xsd:enumeration value="Deer Stir Fry"/>
          <xsd:enumeration value="Hog Nuts"/>
          <xsd:enumeration value="Bohemie Turtle"/>
          <xsd:enumeration value="Fish"/>
          <xsd:enumeration value="Deer Hearts and Noodles"/>
          <xsd:enumeration value="Elk Meatloaf"/>
          <xsd:enumeration value="Choice 7"/>
          <xsd:enumeration value="Cheesy Potatoes"/>
          <xsd:enumeration value="Sliced Smoked Deer"/>
          <xsd:enumeration value="Rabbit"/>
          <xsd:enumeration value="Goose Kabobs"/>
          <xsd:enumeration value="Beer"/>
          <xsd:enumeration value="Wat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587a5-cd57-4c7a-8873-3997f9fb3c1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0af334-7478-46b8-a408-c1b680b3eff0}" ma:internalName="TaxCatchAll" ma:showField="CatchAllData" ma:web="093587a5-cd57-4c7a-8873-3997f9fb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FC60E2-D1A5-4061-A1E8-A1E45109C5C2}">
  <ds:schemaRefs>
    <ds:schemaRef ds:uri="http://schemas.microsoft.com/office/2006/metadata/properties"/>
    <ds:schemaRef ds:uri="http://schemas.microsoft.com/office/infopath/2007/PartnerControls"/>
    <ds:schemaRef ds:uri="d7ce226a-c87a-4cae-b3b6-8937f7e5ebfc"/>
    <ds:schemaRef ds:uri="093587a5-cd57-4c7a-8873-3997f9fb3c16"/>
  </ds:schemaRefs>
</ds:datastoreItem>
</file>

<file path=customXml/itemProps2.xml><?xml version="1.0" encoding="utf-8"?>
<ds:datastoreItem xmlns:ds="http://schemas.openxmlformats.org/officeDocument/2006/customXml" ds:itemID="{A119C1C1-7837-49F5-A8A7-BE83E84A8E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6EB95C-9137-4960-BE51-D34BAF24D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e226a-c87a-4cae-b3b6-8937f7e5ebfc"/>
    <ds:schemaRef ds:uri="093587a5-cd57-4c7a-8873-3997f9fb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444</Characters>
  <Application>Microsoft Office Word</Application>
  <DocSecurity>0</DocSecurity>
  <Lines>3</Lines>
  <Paragraphs>1</Paragraphs>
  <ScaleCrop>false</ScaleCrop>
  <Manager/>
  <Company/>
  <LinksUpToDate>false</LinksUpToDate>
  <CharactersWithSpaces>520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Measles Door Entrance Sign</dc:title>
  <dc:subject>Call before entering if measles is suspected</dc:subject>
  <dc:creator>Piekarczyk, Andrea [HHS]</dc:creator>
  <cp:keywords>measles, entrance sign, call ahead, infection prevention</cp:keywords>
  <dc:description>generated by python-docx</dc:description>
  <cp:lastModifiedBy>Piekarczyk, Andrea [HHS]</cp:lastModifiedBy>
  <cp:revision>4</cp:revision>
  <dcterms:created xsi:type="dcterms:W3CDTF">2026-08-19T19:51:00Z</dcterms:created>
  <dcterms:modified xsi:type="dcterms:W3CDTF">2026-08-21T17:53:00Z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0x01010073E9505268843848AAF0FB0A05381EB0</vt:lpwstr>
  </property>
  <property fmtid="{D5CDD505-2E9C-101B-9397-08002B2CF9AE}" pid="3" name="MediaServiceImageTags">
    <vt:lpwstr/>
  </property>
</Properties>
</file>